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2E239" w14:textId="77777777" w:rsidR="0084397D" w:rsidRDefault="0084397D" w:rsidP="0084397D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left="6356" w:right="142" w:hanging="6357"/>
        <w:jc w:val="center"/>
        <w:rPr>
          <w:b/>
          <w:bCs/>
          <w:sz w:val="36"/>
          <w:szCs w:val="36"/>
        </w:rPr>
      </w:pPr>
    </w:p>
    <w:p w14:paraId="1BA86D4D" w14:textId="77777777" w:rsidR="00394987" w:rsidRDefault="00394987" w:rsidP="00394987">
      <w:pPr>
        <w:spacing w:before="40" w:after="60"/>
        <w:jc w:val="right"/>
        <w:rPr>
          <w:rFonts w:ascii="Times New Roman" w:hAnsi="Times New Roman"/>
          <w:sz w:val="22"/>
        </w:rPr>
      </w:pPr>
      <w:r>
        <w:rPr>
          <w:b/>
        </w:rPr>
        <w:t>ALLEGATO A</w:t>
      </w:r>
    </w:p>
    <w:p w14:paraId="23AACB0A" w14:textId="77777777" w:rsidR="00394987" w:rsidRDefault="00394987" w:rsidP="00394987">
      <w:pPr>
        <w:keepNext/>
        <w:spacing w:before="40" w:after="40"/>
        <w:jc w:val="center"/>
        <w:rPr>
          <w:b/>
          <w:sz w:val="24"/>
        </w:rPr>
      </w:pPr>
    </w:p>
    <w:p w14:paraId="2775F3BF" w14:textId="39DE63E3" w:rsidR="00394987" w:rsidRDefault="00394987" w:rsidP="00394987">
      <w:pPr>
        <w:keepNext/>
        <w:spacing w:before="40" w:after="40"/>
        <w:jc w:val="center"/>
      </w:pPr>
      <w:r>
        <w:rPr>
          <w:b/>
          <w:sz w:val="24"/>
        </w:rPr>
        <w:t>DOMANDA DI CANDIDATURA</w:t>
      </w:r>
    </w:p>
    <w:p w14:paraId="7314B8E1" w14:textId="77777777" w:rsidR="00394987" w:rsidRDefault="00394987" w:rsidP="00394987">
      <w:pPr>
        <w:keepNext/>
        <w:spacing w:after="160"/>
        <w:jc w:val="center"/>
      </w:pPr>
      <w:r>
        <w:rPr>
          <w:b/>
        </w:rPr>
        <w:t xml:space="preserve">per lo </w:t>
      </w:r>
      <w:proofErr w:type="spellStart"/>
      <w:r>
        <w:rPr>
          <w:b/>
        </w:rPr>
        <w:t>svolgimento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funzione</w:t>
      </w:r>
      <w:proofErr w:type="spellEnd"/>
      <w:r>
        <w:rPr>
          <w:b/>
        </w:rPr>
        <w:t xml:space="preserve"> di tutor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tirocinanti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2026/2027</w:t>
      </w:r>
    </w:p>
    <w:p w14:paraId="7D058F6A" w14:textId="683E8C9A" w:rsidR="00394987" w:rsidRDefault="00394987" w:rsidP="00394987">
      <w:pPr>
        <w:spacing w:after="100"/>
        <w:jc w:val="right"/>
      </w:pPr>
      <w:r>
        <w:rPr>
          <w:b/>
        </w:rPr>
        <w:t xml:space="preserve">Al </w:t>
      </w:r>
      <w:proofErr w:type="spellStart"/>
      <w:r>
        <w:rPr>
          <w:b/>
        </w:rPr>
        <w:t>Dirigente</w:t>
      </w:r>
      <w:proofErr w:type="spellEnd"/>
      <w:r>
        <w:rPr>
          <w:b/>
        </w:rPr>
        <w:t xml:space="preserve"> Scolastico</w:t>
      </w:r>
      <w:r>
        <w:rPr>
          <w:b/>
        </w:rPr>
        <w:br/>
      </w:r>
      <w:proofErr w:type="spellStart"/>
      <w:r>
        <w:t>dell’I.I.S</w:t>
      </w:r>
      <w:proofErr w:type="spellEnd"/>
      <w:r>
        <w:t>. “</w:t>
      </w:r>
      <w:r>
        <w:t>E. Majorana</w:t>
      </w:r>
      <w:r>
        <w:t>”</w:t>
      </w:r>
      <w:r>
        <w:br/>
      </w:r>
      <w:r>
        <w:t>GELA</w:t>
      </w:r>
      <w:r>
        <w:br/>
      </w:r>
    </w:p>
    <w:p w14:paraId="595BC320" w14:textId="77777777" w:rsidR="00394987" w:rsidRDefault="00394987" w:rsidP="00394987">
      <w:pPr>
        <w:spacing w:after="100"/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/a, ai sensi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del D.P.R. 28 </w:t>
      </w:r>
      <w:proofErr w:type="spellStart"/>
      <w:r>
        <w:t>dicembre</w:t>
      </w:r>
      <w:proofErr w:type="spellEnd"/>
      <w:r>
        <w:t xml:space="preserve"> 2000, n. 445,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,</w:t>
      </w:r>
    </w:p>
    <w:p w14:paraId="305998F0" w14:textId="77777777" w:rsidR="00394987" w:rsidRDefault="00394987" w:rsidP="00394987">
      <w:pPr>
        <w:spacing w:after="60" w:line="240" w:lineRule="auto"/>
      </w:pPr>
      <w:proofErr w:type="spellStart"/>
      <w:r>
        <w:rPr>
          <w:b/>
        </w:rPr>
        <w:t>Cognome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nome</w:t>
      </w:r>
      <w:proofErr w:type="spellEnd"/>
      <w:r>
        <w:rPr>
          <w:b/>
        </w:rPr>
        <w:t xml:space="preserve">: </w:t>
      </w:r>
      <w:r>
        <w:t>____________________________________________________________</w:t>
      </w:r>
    </w:p>
    <w:p w14:paraId="784D01C1" w14:textId="77777777" w:rsidR="00394987" w:rsidRDefault="00394987" w:rsidP="00394987">
      <w:pPr>
        <w:spacing w:after="60" w:line="240" w:lineRule="auto"/>
      </w:pPr>
      <w:proofErr w:type="spellStart"/>
      <w:r>
        <w:rPr>
          <w:b/>
        </w:rPr>
        <w:t>Codice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fiscale</w:t>
      </w:r>
      <w:proofErr w:type="spellEnd"/>
      <w:r>
        <w:rPr>
          <w:b/>
        </w:rPr>
        <w:t xml:space="preserve">: </w:t>
      </w:r>
      <w:r>
        <w:t>____________________________________________________________</w:t>
      </w:r>
    </w:p>
    <w:p w14:paraId="3D494FC3" w14:textId="5D044A08" w:rsidR="00394987" w:rsidRDefault="00394987" w:rsidP="00394987">
      <w:pPr>
        <w:spacing w:after="60" w:line="240" w:lineRule="auto"/>
      </w:pPr>
      <w:r>
        <w:rPr>
          <w:b/>
        </w:rPr>
        <w:t xml:space="preserve">E-mail </w:t>
      </w:r>
      <w:proofErr w:type="spellStart"/>
      <w:r>
        <w:rPr>
          <w:b/>
        </w:rPr>
        <w:t>personale</w:t>
      </w:r>
      <w:proofErr w:type="spellEnd"/>
      <w:r>
        <w:rPr>
          <w:b/>
        </w:rPr>
        <w:t xml:space="preserve">: </w:t>
      </w:r>
      <w:r>
        <w:t>____________________________________________________________</w:t>
      </w:r>
    </w:p>
    <w:p w14:paraId="4085AF0D" w14:textId="77777777" w:rsidR="00394987" w:rsidRDefault="00394987" w:rsidP="00394987">
      <w:pPr>
        <w:spacing w:after="60" w:line="240" w:lineRule="auto"/>
      </w:pPr>
      <w:proofErr w:type="spellStart"/>
      <w:r>
        <w:rPr>
          <w:b/>
        </w:rPr>
        <w:t>Recapito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telefonico</w:t>
      </w:r>
      <w:proofErr w:type="spellEnd"/>
      <w:r>
        <w:rPr>
          <w:b/>
        </w:rPr>
        <w:t xml:space="preserve">: </w:t>
      </w:r>
      <w:r>
        <w:t>____________________________________________________________</w:t>
      </w:r>
    </w:p>
    <w:p w14:paraId="63995CF0" w14:textId="77777777" w:rsidR="00394987" w:rsidRDefault="00394987" w:rsidP="00394987">
      <w:pPr>
        <w:spacing w:after="60" w:line="240" w:lineRule="auto"/>
      </w:pPr>
      <w:proofErr w:type="spellStart"/>
      <w:r>
        <w:rPr>
          <w:b/>
        </w:rPr>
        <w:t>Sede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servizio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nell’a.s</w:t>
      </w:r>
      <w:proofErr w:type="spellEnd"/>
      <w:r>
        <w:rPr>
          <w:b/>
        </w:rPr>
        <w:t xml:space="preserve">. 2026/2027: </w:t>
      </w:r>
      <w:r>
        <w:t>____________________________________________________________</w:t>
      </w:r>
    </w:p>
    <w:p w14:paraId="0D8F4D84" w14:textId="77777777" w:rsidR="00394987" w:rsidRDefault="00394987" w:rsidP="00394987">
      <w:pPr>
        <w:spacing w:after="60" w:line="240" w:lineRule="auto"/>
      </w:pPr>
      <w:proofErr w:type="spellStart"/>
      <w:r>
        <w:rPr>
          <w:b/>
        </w:rPr>
        <w:t>Classe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concorso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tipologia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posto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servizio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nell’a.s</w:t>
      </w:r>
      <w:proofErr w:type="spellEnd"/>
      <w:r>
        <w:rPr>
          <w:b/>
        </w:rPr>
        <w:t xml:space="preserve">. 2026/2027: </w:t>
      </w:r>
      <w:r>
        <w:t>____________________________________________________________</w:t>
      </w:r>
    </w:p>
    <w:p w14:paraId="4D9D6AC3" w14:textId="77777777" w:rsidR="00394987" w:rsidRDefault="00394987" w:rsidP="00394987">
      <w:pPr>
        <w:keepNext/>
        <w:spacing w:before="120" w:after="100"/>
        <w:jc w:val="center"/>
      </w:pPr>
      <w:r>
        <w:rPr>
          <w:b/>
          <w:sz w:val="23"/>
        </w:rPr>
        <w:t>CHIEDE</w:t>
      </w:r>
    </w:p>
    <w:p w14:paraId="2B15A251" w14:textId="77777777" w:rsidR="00394987" w:rsidRDefault="00394987" w:rsidP="00394987">
      <w:pPr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/a in </w:t>
      </w:r>
      <w:proofErr w:type="spellStart"/>
      <w:r>
        <w:t>considerazione</w:t>
      </w:r>
      <w:proofErr w:type="spellEnd"/>
      <w:r>
        <w:t xml:space="preserve"> ai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dell’individuazione</w:t>
      </w:r>
      <w:proofErr w:type="spellEnd"/>
      <w:r>
        <w:t xml:space="preserve"> quale tutor </w:t>
      </w:r>
      <w:proofErr w:type="spellStart"/>
      <w:r>
        <w:t>dei</w:t>
      </w:r>
      <w:proofErr w:type="spellEnd"/>
      <w:r>
        <w:t xml:space="preserve"> </w:t>
      </w:r>
      <w:proofErr w:type="spellStart"/>
      <w:r>
        <w:t>tirocinanti</w:t>
      </w:r>
      <w:proofErr w:type="spellEnd"/>
      <w:r>
        <w:t xml:space="preserve"> per la/e </w:t>
      </w:r>
      <w:proofErr w:type="spellStart"/>
      <w:r>
        <w:t>seguente</w:t>
      </w:r>
      <w:proofErr w:type="spellEnd"/>
      <w:r>
        <w:t>/</w:t>
      </w:r>
      <w:proofErr w:type="spellStart"/>
      <w:r>
        <w:t>i</w:t>
      </w:r>
      <w:proofErr w:type="spellEnd"/>
      <w:r>
        <w:t xml:space="preserve"> </w:t>
      </w:r>
      <w:proofErr w:type="spellStart"/>
      <w:r>
        <w:t>tipologia</w:t>
      </w:r>
      <w:proofErr w:type="spellEnd"/>
      <w:r>
        <w:t>/e:</w:t>
      </w:r>
    </w:p>
    <w:p w14:paraId="7800D158" w14:textId="77777777" w:rsidR="00394987" w:rsidRDefault="00394987" w:rsidP="00394987">
      <w:pPr>
        <w:spacing w:after="60" w:line="240" w:lineRule="auto"/>
        <w:ind w:left="227"/>
      </w:pPr>
      <w:r>
        <w:rPr>
          <w:b/>
        </w:rPr>
        <w:t xml:space="preserve">[ ] TIROCINIO ORDINARIO - </w:t>
      </w:r>
      <w:proofErr w:type="spellStart"/>
      <w:r>
        <w:rPr>
          <w:b/>
        </w:rPr>
        <w:t>classe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concorso</w:t>
      </w:r>
      <w:proofErr w:type="spellEnd"/>
      <w:r>
        <w:rPr>
          <w:b/>
        </w:rPr>
        <w:t>: ______________________________</w:t>
      </w:r>
    </w:p>
    <w:p w14:paraId="526C0797" w14:textId="77777777" w:rsidR="00394987" w:rsidRDefault="00394987" w:rsidP="00394987">
      <w:pPr>
        <w:spacing w:after="60" w:line="240" w:lineRule="auto"/>
        <w:ind w:left="227"/>
      </w:pPr>
      <w:r>
        <w:rPr>
          <w:b/>
        </w:rPr>
        <w:t xml:space="preserve">[ ] TIROCINIO SUL SOSTEGNO - </w:t>
      </w:r>
      <w:proofErr w:type="spellStart"/>
      <w:r>
        <w:rPr>
          <w:b/>
        </w:rPr>
        <w:t>scuola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secondaria</w:t>
      </w:r>
      <w:proofErr w:type="spellEnd"/>
      <w:r>
        <w:rPr>
          <w:b/>
        </w:rPr>
        <w:t xml:space="preserve"> di secondo </w:t>
      </w:r>
      <w:proofErr w:type="spellStart"/>
      <w:r>
        <w:rPr>
          <w:b/>
        </w:rPr>
        <w:t>grado</w:t>
      </w:r>
      <w:proofErr w:type="spellEnd"/>
      <w:r>
        <w:rPr>
          <w:b/>
        </w:rPr>
        <w:t xml:space="preserve"> (ADSS)</w:t>
      </w:r>
    </w:p>
    <w:p w14:paraId="156C17FB" w14:textId="77777777" w:rsidR="00394987" w:rsidRDefault="00394987" w:rsidP="00394987">
      <w:pPr>
        <w:spacing w:after="60" w:line="240" w:lineRule="auto"/>
        <w:ind w:left="227"/>
      </w:pPr>
      <w:r>
        <w:rPr>
          <w:b/>
        </w:rPr>
        <w:t xml:space="preserve">[ ] TIROCINIO CLIL - </w:t>
      </w:r>
      <w:proofErr w:type="spellStart"/>
      <w:r>
        <w:rPr>
          <w:b/>
        </w:rPr>
        <w:t>disciplina</w:t>
      </w:r>
      <w:proofErr w:type="spellEnd"/>
      <w:r>
        <w:rPr>
          <w:b/>
        </w:rPr>
        <w:t>: ____________________ lingua: ____________________</w:t>
      </w:r>
    </w:p>
    <w:p w14:paraId="6EE0AFC7" w14:textId="77777777" w:rsidR="00394987" w:rsidRDefault="00394987" w:rsidP="00394987">
      <w:pPr>
        <w:keepNext/>
        <w:spacing w:before="100"/>
        <w:jc w:val="center"/>
      </w:pPr>
      <w:r>
        <w:rPr>
          <w:b/>
        </w:rPr>
        <w:t xml:space="preserve">A </w:t>
      </w:r>
      <w:proofErr w:type="spellStart"/>
      <w:r>
        <w:rPr>
          <w:b/>
        </w:rPr>
        <w:t>tal</w:t>
      </w:r>
      <w:proofErr w:type="spellEnd"/>
      <w:r>
        <w:rPr>
          <w:b/>
        </w:rPr>
        <w:t xml:space="preserve"> fine DICHIARA</w:t>
      </w:r>
    </w:p>
    <w:p w14:paraId="3CC45CF4" w14:textId="60C6AB7D" w:rsidR="00394987" w:rsidRDefault="00394987" w:rsidP="00394987">
      <w:pPr>
        <w:spacing w:after="40" w:line="240" w:lineRule="auto"/>
        <w:ind w:left="198"/>
        <w:jc w:val="both"/>
        <w:rPr>
          <w:sz w:val="20"/>
        </w:rPr>
      </w:pPr>
      <w:r>
        <w:rPr>
          <w:sz w:val="20"/>
        </w:rPr>
        <w:t xml:space="preserve">[ ] di </w:t>
      </w:r>
      <w:proofErr w:type="spellStart"/>
      <w:r>
        <w:rPr>
          <w:sz w:val="20"/>
        </w:rPr>
        <w:t>essere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docente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servizio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presso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l’I.I.S</w:t>
      </w:r>
      <w:proofErr w:type="spellEnd"/>
      <w:r>
        <w:rPr>
          <w:sz w:val="20"/>
        </w:rPr>
        <w:t>. “</w:t>
      </w:r>
      <w:r>
        <w:rPr>
          <w:sz w:val="20"/>
        </w:rPr>
        <w:t>E. MAJORANA</w:t>
      </w:r>
      <w:r>
        <w:rPr>
          <w:sz w:val="20"/>
        </w:rPr>
        <w:t>”</w:t>
      </w:r>
      <w:r>
        <w:rPr>
          <w:sz w:val="20"/>
        </w:rPr>
        <w:t xml:space="preserve"> di Gela</w:t>
      </w:r>
      <w:r>
        <w:rPr>
          <w:sz w:val="20"/>
        </w:rPr>
        <w:t xml:space="preserve"> </w:t>
      </w:r>
      <w:proofErr w:type="spellStart"/>
      <w:r>
        <w:rPr>
          <w:sz w:val="20"/>
        </w:rPr>
        <w:t>nell’a.s</w:t>
      </w:r>
      <w:proofErr w:type="spellEnd"/>
      <w:r>
        <w:rPr>
          <w:sz w:val="20"/>
        </w:rPr>
        <w:t>. 2026/2027;</w:t>
      </w:r>
    </w:p>
    <w:p w14:paraId="47902DAC" w14:textId="77777777" w:rsidR="00394987" w:rsidRDefault="00394987" w:rsidP="00394987">
      <w:pPr>
        <w:spacing w:after="40" w:line="240" w:lineRule="auto"/>
        <w:ind w:left="198"/>
        <w:jc w:val="both"/>
      </w:pPr>
    </w:p>
    <w:p w14:paraId="542ED9A0" w14:textId="77777777" w:rsidR="00394987" w:rsidRDefault="00394987" w:rsidP="00394987">
      <w:pPr>
        <w:spacing w:after="40" w:line="240" w:lineRule="auto"/>
        <w:ind w:left="198"/>
        <w:jc w:val="both"/>
      </w:pPr>
      <w:r>
        <w:rPr>
          <w:sz w:val="20"/>
        </w:rPr>
        <w:t xml:space="preserve">[ ] di </w:t>
      </w:r>
      <w:proofErr w:type="spellStart"/>
      <w:r>
        <w:rPr>
          <w:sz w:val="20"/>
        </w:rPr>
        <w:t>prestare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servizio</w:t>
      </w:r>
      <w:proofErr w:type="spellEnd"/>
      <w:r>
        <w:rPr>
          <w:sz w:val="20"/>
        </w:rPr>
        <w:t xml:space="preserve">, per il </w:t>
      </w:r>
      <w:proofErr w:type="spellStart"/>
      <w:r>
        <w:rPr>
          <w:sz w:val="20"/>
        </w:rPr>
        <w:t>corrente</w:t>
      </w:r>
      <w:proofErr w:type="spellEnd"/>
      <w:r>
        <w:rPr>
          <w:sz w:val="20"/>
        </w:rPr>
        <w:t xml:space="preserve"> anno </w:t>
      </w:r>
      <w:proofErr w:type="spellStart"/>
      <w:r>
        <w:rPr>
          <w:sz w:val="20"/>
        </w:rPr>
        <w:t>scolastico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sulla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classe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concorso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tipologia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posto</w:t>
      </w:r>
      <w:proofErr w:type="spellEnd"/>
      <w:r>
        <w:rPr>
          <w:sz w:val="20"/>
        </w:rPr>
        <w:t xml:space="preserve"> sopra </w:t>
      </w:r>
      <w:proofErr w:type="spellStart"/>
      <w:r>
        <w:rPr>
          <w:sz w:val="20"/>
        </w:rPr>
        <w:t>indicata</w:t>
      </w:r>
      <w:proofErr w:type="spellEnd"/>
      <w:r>
        <w:rPr>
          <w:sz w:val="20"/>
        </w:rPr>
        <w:t>;</w:t>
      </w:r>
    </w:p>
    <w:p w14:paraId="245FB8ED" w14:textId="77777777" w:rsidR="00394987" w:rsidRDefault="00394987" w:rsidP="00394987">
      <w:pPr>
        <w:spacing w:after="40" w:line="240" w:lineRule="auto"/>
        <w:ind w:left="198"/>
        <w:jc w:val="both"/>
      </w:pPr>
      <w:r>
        <w:rPr>
          <w:sz w:val="20"/>
        </w:rPr>
        <w:t xml:space="preserve">[ ] di aver </w:t>
      </w:r>
      <w:proofErr w:type="spellStart"/>
      <w:r>
        <w:rPr>
          <w:sz w:val="20"/>
        </w:rPr>
        <w:t>preso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dell’Avviso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interno</w:t>
      </w:r>
      <w:proofErr w:type="spellEnd"/>
      <w:r>
        <w:rPr>
          <w:sz w:val="20"/>
        </w:rPr>
        <w:t xml:space="preserve"> e di </w:t>
      </w:r>
      <w:proofErr w:type="spellStart"/>
      <w:r>
        <w:rPr>
          <w:sz w:val="20"/>
        </w:rPr>
        <w:t>accettarne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integralmente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condizioni</w:t>
      </w:r>
      <w:proofErr w:type="spellEnd"/>
      <w:r>
        <w:rPr>
          <w:sz w:val="20"/>
        </w:rPr>
        <w:t>;</w:t>
      </w:r>
    </w:p>
    <w:p w14:paraId="074621DC" w14:textId="77777777" w:rsidR="00394987" w:rsidRDefault="00394987" w:rsidP="00394987">
      <w:pPr>
        <w:spacing w:after="40" w:line="240" w:lineRule="auto"/>
        <w:ind w:left="198"/>
        <w:jc w:val="both"/>
      </w:pPr>
      <w:r>
        <w:rPr>
          <w:sz w:val="20"/>
        </w:rPr>
        <w:t xml:space="preserve">[ ] di </w:t>
      </w:r>
      <w:proofErr w:type="spellStart"/>
      <w:r>
        <w:rPr>
          <w:sz w:val="20"/>
        </w:rPr>
        <w:t>impegnarsi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svolgere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attività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tutoriali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nel</w:t>
      </w:r>
      <w:proofErr w:type="spellEnd"/>
      <w:r>
        <w:rPr>
          <w:sz w:val="20"/>
        </w:rPr>
        <w:t xml:space="preserve"> rispetto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indicazioni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dell’Istituto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dell’Università</w:t>
      </w:r>
      <w:proofErr w:type="spellEnd"/>
      <w:r>
        <w:rPr>
          <w:sz w:val="20"/>
        </w:rPr>
        <w:t xml:space="preserve">/AFAM e </w:t>
      </w:r>
      <w:proofErr w:type="spellStart"/>
      <w:r>
        <w:rPr>
          <w:sz w:val="20"/>
        </w:rPr>
        <w:t>della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normativa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vigente</w:t>
      </w:r>
      <w:proofErr w:type="spellEnd"/>
      <w:r>
        <w:rPr>
          <w:sz w:val="20"/>
        </w:rPr>
        <w:t>.</w:t>
      </w:r>
    </w:p>
    <w:p w14:paraId="65CE6B8E" w14:textId="77777777" w:rsidR="00394987" w:rsidRDefault="00394987" w:rsidP="00394987">
      <w:pPr>
        <w:keepNext/>
        <w:spacing w:before="120" w:after="60"/>
        <w:rPr>
          <w:b/>
        </w:rPr>
      </w:pPr>
    </w:p>
    <w:p w14:paraId="288DAC85" w14:textId="40ADC795" w:rsidR="00394987" w:rsidRDefault="00394987" w:rsidP="00394987">
      <w:pPr>
        <w:keepNext/>
        <w:spacing w:before="120" w:after="60"/>
      </w:pPr>
      <w:r>
        <w:rPr>
          <w:b/>
        </w:rPr>
        <w:t>A. REQUISITI - TIROCINIO ORDINARIO</w:t>
      </w:r>
    </w:p>
    <w:p w14:paraId="5E203B9D" w14:textId="77777777" w:rsidR="00394987" w:rsidRDefault="00394987" w:rsidP="00394987">
      <w:pPr>
        <w:spacing w:after="60" w:line="240" w:lineRule="auto"/>
        <w:jc w:val="both"/>
      </w:pPr>
      <w:r>
        <w:rPr>
          <w:sz w:val="20"/>
        </w:rPr>
        <w:t xml:space="preserve">[ ] di </w:t>
      </w:r>
      <w:proofErr w:type="spellStart"/>
      <w:r>
        <w:rPr>
          <w:sz w:val="20"/>
        </w:rPr>
        <w:t>possedere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almeno</w:t>
      </w:r>
      <w:proofErr w:type="spellEnd"/>
      <w:r>
        <w:rPr>
          <w:sz w:val="20"/>
        </w:rPr>
        <w:t xml:space="preserve"> cinque anni di </w:t>
      </w:r>
      <w:proofErr w:type="spellStart"/>
      <w:r>
        <w:rPr>
          <w:sz w:val="20"/>
        </w:rPr>
        <w:t>servizio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insegnamento</w:t>
      </w:r>
      <w:proofErr w:type="spellEnd"/>
      <w:r>
        <w:rPr>
          <w:sz w:val="20"/>
        </w:rPr>
        <w:t xml:space="preserve"> a tempo </w:t>
      </w:r>
      <w:proofErr w:type="spellStart"/>
      <w:r>
        <w:rPr>
          <w:sz w:val="20"/>
        </w:rPr>
        <w:t>indeterminato</w:t>
      </w:r>
      <w:proofErr w:type="spellEnd"/>
      <w:r>
        <w:rPr>
          <w:sz w:val="20"/>
        </w:rPr>
        <w:t xml:space="preserve"> (art. 2, comma 2, D.M. 8 </w:t>
      </w:r>
      <w:proofErr w:type="spellStart"/>
      <w:r>
        <w:rPr>
          <w:sz w:val="20"/>
        </w:rPr>
        <w:t>novembre</w:t>
      </w:r>
      <w:proofErr w:type="spellEnd"/>
      <w:r>
        <w:rPr>
          <w:sz w:val="20"/>
        </w:rPr>
        <w:t xml:space="preserve"> 2011).</w:t>
      </w:r>
    </w:p>
    <w:p w14:paraId="320C952A" w14:textId="77777777" w:rsidR="00394987" w:rsidRDefault="00394987" w:rsidP="00394987">
      <w:pPr>
        <w:spacing w:after="60" w:line="240" w:lineRule="auto"/>
        <w:rPr>
          <w:b/>
        </w:rPr>
      </w:pPr>
    </w:p>
    <w:p w14:paraId="15F870BF" w14:textId="091A421F" w:rsidR="00394987" w:rsidRDefault="00394987" w:rsidP="00394987">
      <w:pPr>
        <w:spacing w:after="60" w:line="240" w:lineRule="auto"/>
      </w:pPr>
      <w:proofErr w:type="spellStart"/>
      <w:r>
        <w:rPr>
          <w:b/>
        </w:rPr>
        <w:t>Decorrenza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giuridica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ruolo</w:t>
      </w:r>
      <w:proofErr w:type="spellEnd"/>
      <w:r>
        <w:rPr>
          <w:b/>
        </w:rPr>
        <w:t xml:space="preserve">: </w:t>
      </w:r>
      <w:r>
        <w:t xml:space="preserve">____________________   Anni </w:t>
      </w:r>
      <w:proofErr w:type="spellStart"/>
      <w:r>
        <w:t>complessivi</w:t>
      </w:r>
      <w:proofErr w:type="spellEnd"/>
      <w:r>
        <w:t xml:space="preserve"> di </w:t>
      </w:r>
      <w:proofErr w:type="spellStart"/>
      <w:r>
        <w:t>servizio</w:t>
      </w:r>
      <w:proofErr w:type="spellEnd"/>
      <w:r>
        <w:t xml:space="preserve"> a T.I.: __________</w:t>
      </w:r>
    </w:p>
    <w:p w14:paraId="489BFCD1" w14:textId="77777777" w:rsidR="00394987" w:rsidRDefault="00394987" w:rsidP="00394987">
      <w:pPr>
        <w:spacing w:after="60" w:line="240" w:lineRule="auto"/>
      </w:pPr>
    </w:p>
    <w:p w14:paraId="770A1943" w14:textId="77777777" w:rsidR="00394987" w:rsidRDefault="00394987" w:rsidP="00394987">
      <w:pPr>
        <w:keepNext/>
        <w:spacing w:after="60"/>
      </w:pPr>
      <w:r>
        <w:rPr>
          <w:b/>
        </w:rPr>
        <w:t xml:space="preserve">B. REQUISITI - TIROCINIO SUL SOSTEGNO (da </w:t>
      </w:r>
      <w:proofErr w:type="spellStart"/>
      <w:r>
        <w:rPr>
          <w:b/>
        </w:rPr>
        <w:t>compilare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richiesto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8"/>
        <w:gridCol w:w="6463"/>
      </w:tblGrid>
      <w:tr w:rsidR="00394987" w14:paraId="0DE77E6B" w14:textId="77777777" w:rsidTr="00394987">
        <w:trPr>
          <w:jc w:val="center"/>
        </w:trPr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978234A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Specializzazione</w:t>
            </w:r>
            <w:proofErr w:type="spellEnd"/>
            <w:r>
              <w:rPr>
                <w:b/>
                <w:sz w:val="19"/>
              </w:rPr>
              <w:t xml:space="preserve"> per il </w:t>
            </w:r>
            <w:proofErr w:type="spellStart"/>
            <w:r>
              <w:rPr>
                <w:b/>
                <w:sz w:val="19"/>
              </w:rPr>
              <w:t>sostegno</w:t>
            </w:r>
            <w:proofErr w:type="spellEnd"/>
          </w:p>
        </w:tc>
        <w:tc>
          <w:tcPr>
            <w:tcW w:w="64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0EEA2C6" w14:textId="77777777" w:rsidR="00394987" w:rsidRDefault="00394987">
            <w:pPr>
              <w:spacing w:after="0" w:line="240" w:lineRule="auto"/>
            </w:pPr>
            <w:r>
              <w:rPr>
                <w:sz w:val="19"/>
              </w:rPr>
              <w:t xml:space="preserve">[ ]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  [ ] No   - </w:t>
            </w:r>
            <w:proofErr w:type="spellStart"/>
            <w:r>
              <w:rPr>
                <w:sz w:val="19"/>
              </w:rPr>
              <w:t>conseguita</w:t>
            </w:r>
            <w:proofErr w:type="spellEnd"/>
            <w:r>
              <w:rPr>
                <w:sz w:val="19"/>
              </w:rPr>
              <w:t xml:space="preserve"> il ______________ </w:t>
            </w:r>
            <w:proofErr w:type="spellStart"/>
            <w:r>
              <w:rPr>
                <w:sz w:val="19"/>
              </w:rPr>
              <w:t>presso</w:t>
            </w:r>
            <w:proofErr w:type="spellEnd"/>
            <w:r>
              <w:rPr>
                <w:sz w:val="19"/>
              </w:rPr>
              <w:t xml:space="preserve"> ______________________________</w:t>
            </w:r>
          </w:p>
        </w:tc>
      </w:tr>
      <w:tr w:rsidR="00394987" w14:paraId="4ECF2561" w14:textId="77777777" w:rsidTr="00394987">
        <w:trPr>
          <w:jc w:val="center"/>
        </w:trPr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4E98559" w14:textId="77777777" w:rsidR="00394987" w:rsidRDefault="00394987">
            <w:pPr>
              <w:spacing w:after="0" w:line="240" w:lineRule="auto"/>
            </w:pPr>
            <w:r>
              <w:rPr>
                <w:b/>
                <w:sz w:val="19"/>
              </w:rPr>
              <w:t xml:space="preserve">Anni </w:t>
            </w:r>
            <w:proofErr w:type="spellStart"/>
            <w:r>
              <w:rPr>
                <w:b/>
                <w:sz w:val="19"/>
              </w:rPr>
              <w:t>complessivi</w:t>
            </w:r>
            <w:proofErr w:type="spellEnd"/>
            <w:r>
              <w:rPr>
                <w:b/>
                <w:sz w:val="19"/>
              </w:rPr>
              <w:t xml:space="preserve"> di </w:t>
            </w:r>
            <w:proofErr w:type="spellStart"/>
            <w:r>
              <w:rPr>
                <w:b/>
                <w:sz w:val="19"/>
              </w:rPr>
              <w:t>insegnamento</w:t>
            </w:r>
            <w:proofErr w:type="spellEnd"/>
          </w:p>
        </w:tc>
        <w:tc>
          <w:tcPr>
            <w:tcW w:w="64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DAD5CD6" w14:textId="77777777" w:rsidR="00394987" w:rsidRDefault="00394987">
            <w:pPr>
              <w:spacing w:after="0" w:line="240" w:lineRule="auto"/>
            </w:pPr>
            <w:r>
              <w:rPr>
                <w:sz w:val="19"/>
              </w:rPr>
              <w:t>__________</w:t>
            </w:r>
          </w:p>
        </w:tc>
      </w:tr>
      <w:tr w:rsidR="00394987" w14:paraId="66BB71BB" w14:textId="77777777" w:rsidTr="00394987">
        <w:trPr>
          <w:jc w:val="center"/>
        </w:trPr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BD9D772" w14:textId="77777777" w:rsidR="00394987" w:rsidRDefault="00394987">
            <w:pPr>
              <w:spacing w:after="0" w:line="240" w:lineRule="auto"/>
            </w:pPr>
            <w:r>
              <w:rPr>
                <w:b/>
                <w:sz w:val="19"/>
              </w:rPr>
              <w:t xml:space="preserve">Anni di </w:t>
            </w:r>
            <w:proofErr w:type="spellStart"/>
            <w:r>
              <w:rPr>
                <w:b/>
                <w:sz w:val="19"/>
              </w:rPr>
              <w:t>servizio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sul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sostegno</w:t>
            </w:r>
            <w:proofErr w:type="spellEnd"/>
          </w:p>
        </w:tc>
        <w:tc>
          <w:tcPr>
            <w:tcW w:w="64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F2B2F1E" w14:textId="77777777" w:rsidR="00394987" w:rsidRDefault="00394987">
            <w:pPr>
              <w:spacing w:after="0" w:line="240" w:lineRule="auto"/>
            </w:pPr>
            <w:r>
              <w:rPr>
                <w:sz w:val="19"/>
              </w:rPr>
              <w:t>__________</w:t>
            </w:r>
          </w:p>
        </w:tc>
      </w:tr>
      <w:tr w:rsidR="00394987" w14:paraId="62E87867" w14:textId="77777777" w:rsidTr="00394987">
        <w:trPr>
          <w:jc w:val="center"/>
        </w:trPr>
        <w:tc>
          <w:tcPr>
            <w:tcW w:w="29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006F910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Servizio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attuale</w:t>
            </w:r>
            <w:proofErr w:type="spellEnd"/>
          </w:p>
        </w:tc>
        <w:tc>
          <w:tcPr>
            <w:tcW w:w="64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68DA464" w14:textId="77777777" w:rsidR="00394987" w:rsidRDefault="00394987">
            <w:pPr>
              <w:spacing w:after="0" w:line="240" w:lineRule="auto"/>
            </w:pPr>
            <w:r>
              <w:rPr>
                <w:sz w:val="19"/>
              </w:rPr>
              <w:t xml:space="preserve">[ ] </w:t>
            </w:r>
            <w:proofErr w:type="spellStart"/>
            <w:r>
              <w:rPr>
                <w:sz w:val="19"/>
              </w:rPr>
              <w:t>posto</w:t>
            </w:r>
            <w:proofErr w:type="spellEnd"/>
            <w:r>
              <w:rPr>
                <w:sz w:val="19"/>
              </w:rPr>
              <w:t xml:space="preserve"> di </w:t>
            </w:r>
            <w:proofErr w:type="spellStart"/>
            <w:r>
              <w:rPr>
                <w:sz w:val="19"/>
              </w:rPr>
              <w:t>sostegno</w:t>
            </w:r>
            <w:proofErr w:type="spellEnd"/>
            <w:r>
              <w:rPr>
                <w:sz w:val="19"/>
              </w:rPr>
              <w:t xml:space="preserve">   [ ] </w:t>
            </w:r>
            <w:proofErr w:type="spellStart"/>
            <w:r>
              <w:rPr>
                <w:sz w:val="19"/>
              </w:rPr>
              <w:t>posto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comune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disciplinare</w:t>
            </w:r>
            <w:proofErr w:type="spellEnd"/>
          </w:p>
        </w:tc>
      </w:tr>
    </w:tbl>
    <w:p w14:paraId="0B5FECB9" w14:textId="77777777" w:rsidR="00394987" w:rsidRDefault="00394987" w:rsidP="00394987">
      <w:pPr>
        <w:keepNext/>
        <w:spacing w:before="140" w:after="60"/>
        <w:rPr>
          <w:rFonts w:eastAsia="Times New Roman"/>
          <w:sz w:val="22"/>
          <w:lang w:eastAsia="zh-CN"/>
        </w:rPr>
      </w:pPr>
      <w:r>
        <w:rPr>
          <w:b/>
        </w:rPr>
        <w:t>C. TITOLI ED ESPERIENZE - D.M. 8 NOVEMBRE 2011, ALLEGATO A - TABELLA 1</w:t>
      </w:r>
    </w:p>
    <w:p w14:paraId="7A093EDC" w14:textId="77777777" w:rsidR="00394987" w:rsidRDefault="00394987" w:rsidP="00394987">
      <w:pPr>
        <w:spacing w:after="60"/>
      </w:pPr>
      <w:proofErr w:type="spellStart"/>
      <w:r>
        <w:rPr>
          <w:i/>
          <w:sz w:val="19"/>
        </w:rPr>
        <w:t>Compilare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indicando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sinteticamente</w:t>
      </w:r>
      <w:proofErr w:type="spellEnd"/>
      <w:r>
        <w:rPr>
          <w:i/>
          <w:sz w:val="19"/>
        </w:rPr>
        <w:t xml:space="preserve"> il </w:t>
      </w:r>
      <w:proofErr w:type="spellStart"/>
      <w:r>
        <w:rPr>
          <w:i/>
          <w:sz w:val="19"/>
        </w:rPr>
        <w:t>titolo</w:t>
      </w:r>
      <w:proofErr w:type="spellEnd"/>
      <w:r>
        <w:rPr>
          <w:i/>
          <w:sz w:val="19"/>
        </w:rPr>
        <w:t>/</w:t>
      </w:r>
      <w:proofErr w:type="spellStart"/>
      <w:r>
        <w:rPr>
          <w:i/>
          <w:sz w:val="19"/>
        </w:rPr>
        <w:t>esperienza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posseduto</w:t>
      </w:r>
      <w:proofErr w:type="spellEnd"/>
      <w:r>
        <w:rPr>
          <w:i/>
          <w:sz w:val="19"/>
        </w:rPr>
        <w:t xml:space="preserve">/a. I </w:t>
      </w:r>
      <w:proofErr w:type="spellStart"/>
      <w:r>
        <w:rPr>
          <w:i/>
          <w:sz w:val="19"/>
        </w:rPr>
        <w:t>dati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dovranno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risultare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anche</w:t>
      </w:r>
      <w:proofErr w:type="spellEnd"/>
      <w:r>
        <w:rPr>
          <w:i/>
          <w:sz w:val="19"/>
        </w:rPr>
        <w:t xml:space="preserve"> dal curriculum </w:t>
      </w:r>
      <w:proofErr w:type="spellStart"/>
      <w:r>
        <w:rPr>
          <w:i/>
          <w:sz w:val="19"/>
        </w:rPr>
        <w:t>allegato</w:t>
      </w:r>
      <w:proofErr w:type="spellEnd"/>
      <w:r>
        <w:rPr>
          <w:i/>
          <w:sz w:val="19"/>
        </w:rPr>
        <w:t>.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2"/>
        <w:gridCol w:w="4649"/>
      </w:tblGrid>
      <w:tr w:rsidR="00394987" w14:paraId="6CA33AC7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FBD6CF7" w14:textId="77777777" w:rsidR="00394987" w:rsidRDefault="00394987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Titolo / </w:t>
            </w:r>
            <w:proofErr w:type="spellStart"/>
            <w:r>
              <w:rPr>
                <w:b/>
                <w:sz w:val="18"/>
              </w:rPr>
              <w:t>esperienza</w:t>
            </w:r>
            <w:proofErr w:type="spellEnd"/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10A2110" w14:textId="77777777" w:rsidR="00394987" w:rsidRDefault="00394987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Dati </w:t>
            </w:r>
            <w:proofErr w:type="spellStart"/>
            <w:r>
              <w:rPr>
                <w:b/>
                <w:sz w:val="18"/>
              </w:rPr>
              <w:t>dichiarati</w:t>
            </w:r>
            <w:proofErr w:type="spellEnd"/>
            <w:r>
              <w:rPr>
                <w:b/>
                <w:sz w:val="18"/>
              </w:rPr>
              <w:t xml:space="preserve"> dal </w:t>
            </w:r>
            <w:proofErr w:type="spellStart"/>
            <w:r>
              <w:rPr>
                <w:b/>
                <w:sz w:val="18"/>
              </w:rPr>
              <w:t>candidato</w:t>
            </w:r>
            <w:proofErr w:type="spellEnd"/>
          </w:p>
        </w:tc>
      </w:tr>
      <w:tr w:rsidR="00394987" w14:paraId="7BF3EDA9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D12C793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t xml:space="preserve">Formazione </w:t>
            </w:r>
            <w:proofErr w:type="spellStart"/>
            <w:r>
              <w:rPr>
                <w:sz w:val="17"/>
              </w:rPr>
              <w:t>specifica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funzione</w:t>
            </w:r>
            <w:proofErr w:type="spellEnd"/>
            <w:r>
              <w:rPr>
                <w:sz w:val="17"/>
              </w:rPr>
              <w:t xml:space="preserve"> di tutor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tirocinanti</w:t>
            </w:r>
            <w:proofErr w:type="spellEnd"/>
            <w:r>
              <w:rPr>
                <w:sz w:val="17"/>
              </w:rPr>
              <w:t xml:space="preserve"> (ore e </w:t>
            </w:r>
            <w:proofErr w:type="spellStart"/>
            <w:r>
              <w:rPr>
                <w:sz w:val="17"/>
              </w:rPr>
              <w:t>soggetto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certificatore</w:t>
            </w:r>
            <w:proofErr w:type="spellEnd"/>
            <w:r>
              <w:rPr>
                <w:sz w:val="17"/>
              </w:rPr>
              <w:t>)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47F1FCD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016B97F0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7F165B4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t xml:space="preserve">Formazione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funzione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tutoriale</w:t>
            </w:r>
            <w:proofErr w:type="spellEnd"/>
            <w:r>
              <w:rPr>
                <w:sz w:val="17"/>
              </w:rPr>
              <w:t xml:space="preserve"> (ore e </w:t>
            </w:r>
            <w:proofErr w:type="spellStart"/>
            <w:r>
              <w:rPr>
                <w:sz w:val="17"/>
              </w:rPr>
              <w:t>soggetto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certificatore</w:t>
            </w:r>
            <w:proofErr w:type="spellEnd"/>
            <w:r>
              <w:rPr>
                <w:sz w:val="17"/>
              </w:rPr>
              <w:t>)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2D7873A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3E7CB221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7B079D4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sz w:val="17"/>
              </w:rPr>
              <w:lastRenderedPageBreak/>
              <w:t>Esperienza</w:t>
            </w:r>
            <w:proofErr w:type="spellEnd"/>
            <w:r>
              <w:rPr>
                <w:sz w:val="17"/>
              </w:rPr>
              <w:t xml:space="preserve"> quale </w:t>
            </w:r>
            <w:proofErr w:type="spellStart"/>
            <w:r>
              <w:rPr>
                <w:sz w:val="17"/>
              </w:rPr>
              <w:t>supervisore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tirocinio</w:t>
            </w:r>
            <w:proofErr w:type="spellEnd"/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83E70DD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33C48C3E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0CA6412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sz w:val="17"/>
              </w:rPr>
              <w:t>Esperienza</w:t>
            </w:r>
            <w:proofErr w:type="spellEnd"/>
            <w:r>
              <w:rPr>
                <w:sz w:val="17"/>
              </w:rPr>
              <w:t xml:space="preserve"> quale </w:t>
            </w:r>
            <w:proofErr w:type="spellStart"/>
            <w:r>
              <w:rPr>
                <w:sz w:val="17"/>
              </w:rPr>
              <w:t>docente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accogliente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indicare</w:t>
            </w:r>
            <w:proofErr w:type="spellEnd"/>
            <w:r>
              <w:rPr>
                <w:sz w:val="17"/>
              </w:rPr>
              <w:t xml:space="preserve"> anni)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F6DD656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3ABEC972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644E8B0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sz w:val="17"/>
              </w:rPr>
              <w:t>Funzione</w:t>
            </w:r>
            <w:proofErr w:type="spellEnd"/>
            <w:r>
              <w:rPr>
                <w:sz w:val="17"/>
              </w:rPr>
              <w:t xml:space="preserve"> di tutor in </w:t>
            </w:r>
            <w:proofErr w:type="spellStart"/>
            <w:r>
              <w:rPr>
                <w:sz w:val="17"/>
              </w:rPr>
              <w:t>percorsi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formazione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all’uso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z w:val="17"/>
              </w:rPr>
              <w:t xml:space="preserve"> LIM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C9F6A52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13C36A90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442E56B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t xml:space="preserve">Formazione </w:t>
            </w:r>
            <w:proofErr w:type="spellStart"/>
            <w:r>
              <w:rPr>
                <w:sz w:val="17"/>
              </w:rPr>
              <w:t>specifica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all’uso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z w:val="17"/>
              </w:rPr>
              <w:t xml:space="preserve"> LIM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5680CE4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40CE11B5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ADBC0B9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sz w:val="17"/>
              </w:rPr>
              <w:t>Direzione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corsi</w:t>
            </w:r>
            <w:proofErr w:type="spellEnd"/>
            <w:r>
              <w:rPr>
                <w:sz w:val="17"/>
              </w:rPr>
              <w:t xml:space="preserve"> per tutor / </w:t>
            </w:r>
            <w:proofErr w:type="spellStart"/>
            <w:r>
              <w:rPr>
                <w:sz w:val="17"/>
              </w:rPr>
              <w:t>formazione</w:t>
            </w:r>
            <w:proofErr w:type="spellEnd"/>
            <w:r>
              <w:rPr>
                <w:sz w:val="17"/>
              </w:rPr>
              <w:t xml:space="preserve"> e aggiornamento </w:t>
            </w:r>
            <w:proofErr w:type="spellStart"/>
            <w:r>
              <w:rPr>
                <w:sz w:val="17"/>
              </w:rPr>
              <w:t>didattico</w:t>
            </w:r>
            <w:proofErr w:type="spellEnd"/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B7D4BB3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4BFC7D55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C8A1403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sz w:val="17"/>
              </w:rPr>
              <w:t>Dottorato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ricerca</w:t>
            </w:r>
            <w:proofErr w:type="spellEnd"/>
            <w:r>
              <w:rPr>
                <w:sz w:val="17"/>
              </w:rPr>
              <w:t xml:space="preserve"> in </w:t>
            </w:r>
            <w:proofErr w:type="spellStart"/>
            <w:r>
              <w:rPr>
                <w:sz w:val="17"/>
              </w:rPr>
              <w:t>didattica</w:t>
            </w:r>
            <w:proofErr w:type="spellEnd"/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82E86F7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0DD87EEE" w14:textId="77777777" w:rsidTr="00394987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0610A49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t xml:space="preserve">Altro </w:t>
            </w:r>
            <w:proofErr w:type="spellStart"/>
            <w:r>
              <w:rPr>
                <w:sz w:val="17"/>
              </w:rPr>
              <w:t>dottorato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ricerca</w:t>
            </w:r>
            <w:proofErr w:type="spellEnd"/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5D45549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394987" w14:paraId="4A56AC28" w14:textId="77777777" w:rsidTr="00394987">
        <w:trPr>
          <w:trHeight w:val="430"/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58A26C9" w14:textId="77777777" w:rsidR="00394987" w:rsidRDefault="00394987">
            <w:pPr>
              <w:spacing w:after="0" w:line="240" w:lineRule="auto"/>
            </w:pPr>
            <w:proofErr w:type="spellStart"/>
            <w:r>
              <w:rPr>
                <w:sz w:val="17"/>
              </w:rPr>
              <w:t>Attività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ricerca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insegnamento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presso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Università</w:t>
            </w:r>
            <w:proofErr w:type="spellEnd"/>
            <w:r>
              <w:rPr>
                <w:sz w:val="17"/>
              </w:rPr>
              <w:t xml:space="preserve"> / AFAM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FFEBAF1" w14:textId="77777777" w:rsidR="00394987" w:rsidRDefault="00394987">
            <w:pPr>
              <w:spacing w:after="0" w:line="240" w:lineRule="auto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7A1756FD" w14:textId="77777777" w:rsidR="00394987" w:rsidRDefault="00394987" w:rsidP="00394987">
      <w:pPr>
        <w:keepNext/>
        <w:spacing w:before="140" w:after="60"/>
        <w:rPr>
          <w:rFonts w:eastAsia="Times New Roman"/>
          <w:sz w:val="22"/>
          <w:lang w:eastAsia="zh-CN"/>
        </w:rPr>
      </w:pPr>
      <w:r>
        <w:rPr>
          <w:b/>
        </w:rPr>
        <w:t>D. EVENTUALI TITOLI/ESPERIENZE SPECIFICHE PER SOSTEGNO O CLIL</w:t>
      </w:r>
    </w:p>
    <w:p w14:paraId="6C712DA8" w14:textId="77777777" w:rsidR="00394987" w:rsidRDefault="00394987" w:rsidP="00394987">
      <w:pPr>
        <w:spacing w:line="240" w:lineRule="auto"/>
      </w:pPr>
      <w:proofErr w:type="spellStart"/>
      <w:r>
        <w:rPr>
          <w:sz w:val="20"/>
        </w:rPr>
        <w:t>Titoli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esperienze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sostegno</w:t>
      </w:r>
      <w:proofErr w:type="spellEnd"/>
      <w:r>
        <w:rPr>
          <w:sz w:val="20"/>
        </w:rPr>
        <w:t>: ________________________________________________________________________</w:t>
      </w:r>
      <w:r>
        <w:rPr>
          <w:sz w:val="20"/>
        </w:rPr>
        <w:br/>
        <w:t>______________________________________________________________________________________________</w:t>
      </w:r>
    </w:p>
    <w:p w14:paraId="4CF168B6" w14:textId="77777777" w:rsidR="00394987" w:rsidRDefault="00394987" w:rsidP="00394987">
      <w:pPr>
        <w:spacing w:line="240" w:lineRule="auto"/>
      </w:pPr>
      <w:r>
        <w:rPr>
          <w:sz w:val="20"/>
        </w:rPr>
        <w:t>Formazione/</w:t>
      </w:r>
      <w:proofErr w:type="spellStart"/>
      <w:r>
        <w:rPr>
          <w:sz w:val="20"/>
        </w:rPr>
        <w:t>esperienze</w:t>
      </w:r>
      <w:proofErr w:type="spellEnd"/>
      <w:r>
        <w:rPr>
          <w:sz w:val="20"/>
        </w:rPr>
        <w:t xml:space="preserve"> CLIL: ________________________________________________________________________</w:t>
      </w:r>
      <w:r>
        <w:rPr>
          <w:sz w:val="20"/>
        </w:rPr>
        <w:br/>
        <w:t>______________________________________________________________________________________________</w:t>
      </w:r>
    </w:p>
    <w:p w14:paraId="644AF07F" w14:textId="77777777" w:rsidR="00394987" w:rsidRDefault="00394987" w:rsidP="00394987">
      <w:pPr>
        <w:keepNext/>
        <w:spacing w:before="100" w:after="40"/>
      </w:pPr>
      <w:r>
        <w:rPr>
          <w:b/>
        </w:rPr>
        <w:lastRenderedPageBreak/>
        <w:t>ALLEGATI</w:t>
      </w:r>
    </w:p>
    <w:p w14:paraId="29F924EF" w14:textId="77777777" w:rsidR="00394987" w:rsidRDefault="00394987" w:rsidP="00394987">
      <w:pPr>
        <w:spacing w:after="40" w:line="240" w:lineRule="auto"/>
        <w:rPr>
          <w:sz w:val="19"/>
        </w:rPr>
      </w:pPr>
      <w:r>
        <w:rPr>
          <w:sz w:val="20"/>
        </w:rPr>
        <w:t xml:space="preserve">[ ] Curriculum vitae </w:t>
      </w:r>
      <w:proofErr w:type="spellStart"/>
      <w:r>
        <w:rPr>
          <w:sz w:val="20"/>
        </w:rPr>
        <w:t>aggiornato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datato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sottoscritto</w:t>
      </w:r>
      <w:proofErr w:type="spellEnd"/>
      <w:r>
        <w:rPr>
          <w:sz w:val="20"/>
        </w:rPr>
        <w:t>;</w:t>
      </w:r>
      <w:r>
        <w:rPr>
          <w:sz w:val="20"/>
        </w:rPr>
        <w:br/>
        <w:t xml:space="preserve">[ ] </w:t>
      </w:r>
      <w:proofErr w:type="spellStart"/>
      <w:r>
        <w:rPr>
          <w:sz w:val="20"/>
        </w:rPr>
        <w:t>eventuale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ulteriore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documentazione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ritenuta</w:t>
      </w:r>
      <w:proofErr w:type="spellEnd"/>
      <w:r>
        <w:rPr>
          <w:sz w:val="20"/>
        </w:rPr>
        <w:t xml:space="preserve"> utile (</w:t>
      </w:r>
      <w:proofErr w:type="spellStart"/>
      <w:r>
        <w:rPr>
          <w:sz w:val="20"/>
        </w:rPr>
        <w:t>specificare</w:t>
      </w:r>
      <w:proofErr w:type="spellEnd"/>
      <w:r>
        <w:rPr>
          <w:sz w:val="20"/>
        </w:rPr>
        <w:t>): ________________________________.</w:t>
      </w:r>
      <w:r>
        <w:rPr>
          <w:sz w:val="20"/>
        </w:rPr>
        <w:br/>
      </w:r>
    </w:p>
    <w:p w14:paraId="560AB4C6" w14:textId="77777777" w:rsidR="00394987" w:rsidRDefault="00394987" w:rsidP="00394987">
      <w:pPr>
        <w:spacing w:after="40" w:line="240" w:lineRule="auto"/>
        <w:rPr>
          <w:sz w:val="19"/>
        </w:rPr>
      </w:pPr>
      <w:r>
        <w:rPr>
          <w:sz w:val="19"/>
        </w:rPr>
        <w:t xml:space="preserve">Il/La </w:t>
      </w:r>
      <w:proofErr w:type="spellStart"/>
      <w:r>
        <w:rPr>
          <w:sz w:val="19"/>
        </w:rPr>
        <w:t>sottoscritto</w:t>
      </w:r>
      <w:proofErr w:type="spellEnd"/>
      <w:r>
        <w:rPr>
          <w:sz w:val="19"/>
        </w:rPr>
        <w:t xml:space="preserve">/a </w:t>
      </w:r>
      <w:proofErr w:type="spellStart"/>
      <w:r>
        <w:rPr>
          <w:sz w:val="19"/>
        </w:rPr>
        <w:t>dichiara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che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quanto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riportato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nella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presente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domanda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nel</w:t>
      </w:r>
      <w:proofErr w:type="spellEnd"/>
      <w:r>
        <w:rPr>
          <w:sz w:val="19"/>
        </w:rPr>
        <w:t xml:space="preserve"> curriculum </w:t>
      </w:r>
      <w:proofErr w:type="spellStart"/>
      <w:r>
        <w:rPr>
          <w:sz w:val="19"/>
        </w:rPr>
        <w:t>allegato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corrisponde</w:t>
      </w:r>
      <w:proofErr w:type="spellEnd"/>
      <w:r>
        <w:rPr>
          <w:sz w:val="19"/>
        </w:rPr>
        <w:t xml:space="preserve"> al </w:t>
      </w:r>
      <w:proofErr w:type="spellStart"/>
      <w:r>
        <w:rPr>
          <w:sz w:val="19"/>
        </w:rPr>
        <w:t>vero</w:t>
      </w:r>
      <w:proofErr w:type="spellEnd"/>
      <w:r>
        <w:rPr>
          <w:sz w:val="19"/>
        </w:rPr>
        <w:t xml:space="preserve">. I </w:t>
      </w:r>
      <w:proofErr w:type="spellStart"/>
      <w:r>
        <w:rPr>
          <w:sz w:val="19"/>
        </w:rPr>
        <w:t>dati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personali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saranno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trattati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esclusivamente</w:t>
      </w:r>
      <w:proofErr w:type="spellEnd"/>
      <w:r>
        <w:rPr>
          <w:sz w:val="19"/>
        </w:rPr>
        <w:t xml:space="preserve"> per le </w:t>
      </w:r>
      <w:proofErr w:type="spellStart"/>
      <w:r>
        <w:rPr>
          <w:sz w:val="19"/>
        </w:rPr>
        <w:t>finalità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connesse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alla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presente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procedura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nel</w:t>
      </w:r>
      <w:proofErr w:type="spellEnd"/>
      <w:r>
        <w:rPr>
          <w:sz w:val="19"/>
        </w:rPr>
        <w:t xml:space="preserve"> rispetto del </w:t>
      </w:r>
      <w:proofErr w:type="spellStart"/>
      <w:r>
        <w:rPr>
          <w:sz w:val="19"/>
        </w:rPr>
        <w:t>Regolamento</w:t>
      </w:r>
      <w:proofErr w:type="spellEnd"/>
      <w:r>
        <w:rPr>
          <w:sz w:val="19"/>
        </w:rPr>
        <w:t xml:space="preserve"> (UE) 2016/679 e </w:t>
      </w:r>
      <w:proofErr w:type="spellStart"/>
      <w:r>
        <w:rPr>
          <w:sz w:val="19"/>
        </w:rPr>
        <w:t>della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normativa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nazionale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vigente</w:t>
      </w:r>
      <w:proofErr w:type="spellEnd"/>
      <w:r>
        <w:rPr>
          <w:sz w:val="19"/>
        </w:rPr>
        <w:t>.</w:t>
      </w:r>
    </w:p>
    <w:p w14:paraId="39AA9349" w14:textId="77777777" w:rsidR="00DB1A2C" w:rsidRDefault="00DB1A2C" w:rsidP="00394987">
      <w:pPr>
        <w:spacing w:after="40" w:line="240" w:lineRule="auto"/>
        <w:rPr>
          <w:sz w:val="22"/>
        </w:rPr>
      </w:pPr>
    </w:p>
    <w:tbl>
      <w:tblPr>
        <w:tblW w:w="0" w:type="auto"/>
        <w:jc w:val="center"/>
        <w:tblBorders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9"/>
        <w:gridCol w:w="4649"/>
      </w:tblGrid>
      <w:tr w:rsidR="00394987" w14:paraId="541C6A3B" w14:textId="77777777" w:rsidTr="00394987">
        <w:trPr>
          <w:jc w:val="center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3C5E27F" w14:textId="77777777" w:rsidR="00394987" w:rsidRDefault="00394987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Luogo</w:t>
            </w:r>
            <w:proofErr w:type="spellEnd"/>
            <w:r>
              <w:rPr>
                <w:b/>
                <w:sz w:val="20"/>
              </w:rPr>
              <w:t xml:space="preserve"> e data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98F28C9" w14:textId="77777777" w:rsidR="00394987" w:rsidRDefault="00394987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Firma</w:t>
            </w:r>
            <w:proofErr w:type="spellEnd"/>
          </w:p>
        </w:tc>
      </w:tr>
      <w:tr w:rsidR="00394987" w14:paraId="60B502A9" w14:textId="77777777" w:rsidTr="00394987">
        <w:trPr>
          <w:jc w:val="center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2430A6" w14:textId="4D7F1475" w:rsidR="00394987" w:rsidRDefault="00394987">
            <w:pPr>
              <w:spacing w:after="0" w:line="240" w:lineRule="auto"/>
              <w:jc w:val="center"/>
            </w:pPr>
            <w:r>
              <w:rPr>
                <w:sz w:val="20"/>
              </w:rPr>
              <w:t>Gel</w:t>
            </w:r>
            <w:r>
              <w:rPr>
                <w:sz w:val="20"/>
              </w:rPr>
              <w:t>a, __________________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46B3AA1" w14:textId="77777777" w:rsidR="00394987" w:rsidRDefault="00394987">
            <w:pPr>
              <w:spacing w:after="0" w:line="240" w:lineRule="auto"/>
              <w:jc w:val="center"/>
            </w:pPr>
            <w:r>
              <w:rPr>
                <w:sz w:val="20"/>
              </w:rPr>
              <w:t>________________________________________</w:t>
            </w:r>
          </w:p>
        </w:tc>
      </w:tr>
    </w:tbl>
    <w:p w14:paraId="5146C1A0" w14:textId="19EFB2BB" w:rsidR="00DF0CFD" w:rsidRDefault="00DF0CFD" w:rsidP="00394987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left="6356" w:right="142" w:hanging="6357"/>
        <w:jc w:val="center"/>
        <w:rPr>
          <w:rFonts w:ascii="Times New Roman" w:hAnsi="Times New Roman"/>
          <w:sz w:val="24"/>
          <w:lang w:val="it-IT"/>
        </w:rPr>
      </w:pPr>
    </w:p>
    <w:sectPr w:rsidR="00DF0CFD" w:rsidSect="00034616">
      <w:headerReference w:type="default" r:id="rId8"/>
      <w:footerReference w:type="default" r:id="rId9"/>
      <w:pgSz w:w="12240" w:h="15840"/>
      <w:pgMar w:top="567" w:right="1020" w:bottom="964" w:left="1020" w:header="17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AC5D9" w14:textId="77777777" w:rsidR="008A5C88" w:rsidRDefault="008A5C88">
      <w:pPr>
        <w:spacing w:after="0" w:line="240" w:lineRule="auto"/>
      </w:pPr>
      <w:r>
        <w:separator/>
      </w:r>
    </w:p>
  </w:endnote>
  <w:endnote w:type="continuationSeparator" w:id="0">
    <w:p w14:paraId="19DEF912" w14:textId="77777777" w:rsidR="008A5C88" w:rsidRDefault="008A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Yu Gothic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Yu Gothic UI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87595" w14:textId="77777777" w:rsidR="003A3FC0" w:rsidRDefault="003A3FC0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481A6D9" wp14:editId="207A4051">
          <wp:simplePos x="0" y="0"/>
          <wp:positionH relativeFrom="page">
            <wp:posOffset>508000</wp:posOffset>
          </wp:positionH>
          <wp:positionV relativeFrom="page">
            <wp:posOffset>9527540</wp:posOffset>
          </wp:positionV>
          <wp:extent cx="6900147" cy="438150"/>
          <wp:effectExtent l="0" t="0" r="0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03A5FA" w14:textId="77777777" w:rsidR="003A3FC0" w:rsidRDefault="003A3F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A4AD1" w14:textId="77777777" w:rsidR="008A5C88" w:rsidRDefault="008A5C88">
      <w:pPr>
        <w:spacing w:after="0" w:line="240" w:lineRule="auto"/>
      </w:pPr>
      <w:r>
        <w:separator/>
      </w:r>
    </w:p>
  </w:footnote>
  <w:footnote w:type="continuationSeparator" w:id="0">
    <w:p w14:paraId="71BE06BA" w14:textId="77777777" w:rsidR="008A5C88" w:rsidRDefault="008A5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41" w:rightFromText="141" w:bottomFromText="160" w:vertAnchor="page" w:horzAnchor="margin" w:tblpY="976"/>
      <w:tblW w:w="102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5" w:type="dxa"/>
        <w:left w:w="54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4143"/>
      <w:gridCol w:w="862"/>
      <w:gridCol w:w="894"/>
      <w:gridCol w:w="1198"/>
      <w:gridCol w:w="1364"/>
      <w:gridCol w:w="1826"/>
    </w:tblGrid>
    <w:tr w:rsidR="003A3FC0" w14:paraId="28F08BFE" w14:textId="77777777" w:rsidTr="006A7BFB">
      <w:trPr>
        <w:trHeight w:val="354"/>
      </w:trPr>
      <w:tc>
        <w:tcPr>
          <w:tcW w:w="414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6E8CEF" w14:textId="77777777" w:rsidR="003A3FC0" w:rsidRDefault="003A3FC0" w:rsidP="003A3FC0">
          <w:pPr>
            <w:pStyle w:val="Contenutotabella"/>
            <w:snapToGrid w:val="0"/>
            <w:spacing w:line="252" w:lineRule="auto"/>
            <w:jc w:val="center"/>
            <w:rPr>
              <w:rFonts w:ascii="Times New Roman" w:eastAsia="DejaVu Sans" w:hAnsi="Times New Roman" w:cs="Lohit Hindi"/>
              <w:lang w:eastAsia="hi-IN"/>
            </w:rPr>
          </w:pPr>
          <w:bookmarkStart w:id="0" w:name="_Hlk124524578"/>
          <w:bookmarkStart w:id="1" w:name="_Hlk181727017"/>
          <w:r>
            <w:rPr>
              <w:noProof/>
              <w:lang w:eastAsia="it-IT" w:bidi="ar-SA"/>
            </w:rPr>
            <w:drawing>
              <wp:inline distT="0" distB="0" distL="0" distR="0" wp14:anchorId="25E420D7" wp14:editId="3BCCA775">
                <wp:extent cx="2545080" cy="1569720"/>
                <wp:effectExtent l="0" t="0" r="7620" b="0"/>
                <wp:docPr id="884930476" name="Immagine 4" descr="Immagine che contiene testo, Carattere, logo, bandier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Immagine che contiene testo, Carattere, logo, bandier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5080" cy="156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21A89C" w14:textId="77777777" w:rsidR="003A3FC0" w:rsidRDefault="003A3FC0" w:rsidP="003A3FC0">
          <w:pPr>
            <w:pStyle w:val="Contenutotabella"/>
            <w:snapToGrid w:val="0"/>
            <w:spacing w:line="252" w:lineRule="auto"/>
            <w:jc w:val="center"/>
          </w:pPr>
        </w:p>
        <w:p w14:paraId="234E1ED9" w14:textId="77777777" w:rsidR="003A3FC0" w:rsidRDefault="003A3FC0" w:rsidP="003A3FC0">
          <w:pPr>
            <w:pStyle w:val="Contenutotabella"/>
            <w:snapToGrid w:val="0"/>
            <w:spacing w:line="252" w:lineRule="auto"/>
            <w:jc w:val="right"/>
          </w:pPr>
        </w:p>
      </w:tc>
      <w:tc>
        <w:tcPr>
          <w:tcW w:w="8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022AD3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</w:p>
        <w:p w14:paraId="793198C5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  <w:r>
            <w:rPr>
              <w:rFonts w:eastAsia="Times New Roman" w:cs="Times New Roman"/>
              <w:b/>
              <w:noProof/>
              <w:color w:val="000000"/>
              <w:sz w:val="18"/>
              <w:szCs w:val="16"/>
              <w:lang w:eastAsia="it-IT" w:bidi="ar-SA"/>
            </w:rPr>
            <w:drawing>
              <wp:inline distT="0" distB="0" distL="0" distR="0" wp14:anchorId="3540F4B1" wp14:editId="17F80531">
                <wp:extent cx="464820" cy="518160"/>
                <wp:effectExtent l="0" t="0" r="0" b="0"/>
                <wp:docPr id="1313283061" name="Immagine 3" descr="Immagine che contiene torta di compleanno,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Immagine che contiene torta di compleanno,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82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BEBFA3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</w:p>
      </w:tc>
      <w:tc>
        <w:tcPr>
          <w:tcW w:w="8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CADD01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  <w:r>
            <w:rPr>
              <w:rFonts w:eastAsia="DejaVu Sans" w:cs="Lohit Hindi"/>
              <w:noProof/>
              <w:lang w:eastAsia="hi-IN"/>
            </w:rPr>
            <w:drawing>
              <wp:anchor distT="0" distB="0" distL="19050" distR="6350" simplePos="0" relativeHeight="251659264" behindDoc="0" locked="0" layoutInCell="1" allowOverlap="1" wp14:anchorId="20EBE8F1" wp14:editId="15542B9D">
                <wp:simplePos x="0" y="0"/>
                <wp:positionH relativeFrom="column">
                  <wp:posOffset>6350</wp:posOffset>
                </wp:positionH>
                <wp:positionV relativeFrom="paragraph">
                  <wp:posOffset>101600</wp:posOffset>
                </wp:positionV>
                <wp:extent cx="496570" cy="531495"/>
                <wp:effectExtent l="0" t="0" r="0" b="1905"/>
                <wp:wrapTopAndBottom/>
                <wp:docPr id="1863497993" name="Immagine 6" descr="Immagine che contiene testo, simbolo, clipart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Immagine che contiene testo, simbolo, clipart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582" r="1586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6570" cy="5314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1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F8D54E4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</w:p>
        <w:p w14:paraId="4BFE8D76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  <w:r>
            <w:rPr>
              <w:noProof/>
              <w:lang w:eastAsia="it-IT" w:bidi="ar-SA"/>
            </w:rPr>
            <w:drawing>
              <wp:inline distT="0" distB="0" distL="0" distR="0" wp14:anchorId="5919D324" wp14:editId="4EC5F341">
                <wp:extent cx="685800" cy="594360"/>
                <wp:effectExtent l="0" t="0" r="0" b="0"/>
                <wp:docPr id="100691955" name="Immagine 2" descr="Immagine che contiene testo, bandiera, simbolo, Caratter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Immagine che contiene testo, bandiera, simbolo, Caratter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F85D183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  <w:r w:rsidRPr="00D00341">
            <w:rPr>
              <w:rFonts w:asciiTheme="minorBidi" w:hAnsiTheme="minorBidi" w:cstheme="minorBidi"/>
              <w:b/>
              <w:bCs/>
              <w:spacing w:val="-16"/>
              <w:sz w:val="14"/>
              <w:szCs w:val="14"/>
            </w:rPr>
            <w:t>Nautico Certificato N. 50 100 14484 – Rev. 005</w:t>
          </w:r>
          <w:r>
            <w:rPr>
              <w:rFonts w:eastAsia="DejaVu Sans" w:cs="Lohit Hindi"/>
              <w:noProof/>
              <w:lang w:eastAsia="hi-IN"/>
            </w:rPr>
            <w:drawing>
              <wp:anchor distT="0" distB="0" distL="114300" distR="114300" simplePos="0" relativeHeight="251660288" behindDoc="0" locked="0" layoutInCell="1" allowOverlap="1" wp14:anchorId="1B11E307" wp14:editId="183F31ED">
                <wp:simplePos x="0" y="0"/>
                <wp:positionH relativeFrom="page">
                  <wp:posOffset>128270</wp:posOffset>
                </wp:positionH>
                <wp:positionV relativeFrom="page">
                  <wp:posOffset>76200</wp:posOffset>
                </wp:positionV>
                <wp:extent cx="501015" cy="426720"/>
                <wp:effectExtent l="0" t="0" r="0" b="0"/>
                <wp:wrapSquare wrapText="bothSides"/>
                <wp:docPr id="956860441" name="Immagine 5" descr="Immagine che contiene simbolo, Blu elettrico, logo, Ma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magine che contiene simbolo, Blu elettrico, logo, Marchi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1015" cy="426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BC39323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6"/>
              <w:szCs w:val="16"/>
              <w:lang w:eastAsia="ar-SA" w:bidi="ar-SA"/>
            </w:rPr>
          </w:pPr>
          <w:r>
            <w:rPr>
              <w:rFonts w:eastAsia="Times New Roman" w:cs="Times New Roman"/>
              <w:b/>
              <w:noProof/>
              <w:color w:val="000000"/>
              <w:sz w:val="18"/>
              <w:szCs w:val="16"/>
              <w:lang w:eastAsia="it-IT" w:bidi="ar-SA"/>
            </w:rPr>
            <w:drawing>
              <wp:inline distT="0" distB="0" distL="0" distR="0" wp14:anchorId="4B6B1548" wp14:editId="661C503C">
                <wp:extent cx="1074420" cy="769620"/>
                <wp:effectExtent l="0" t="0" r="0" b="0"/>
                <wp:docPr id="1045445636" name="Immagine 1" descr="Immagine che contiene testo, Carattere, design, guid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Immagine che contiene testo, Carattere, design, guid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4420" cy="769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A3FC0" w14:paraId="49584F32" w14:textId="77777777" w:rsidTr="006A7BFB">
      <w:trPr>
        <w:trHeight w:val="1624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3766CB" w14:textId="77777777" w:rsidR="003A3FC0" w:rsidRDefault="003A3FC0" w:rsidP="003A3FC0">
          <w:pPr>
            <w:rPr>
              <w:rFonts w:eastAsia="DejaVu Sans" w:cs="Lohit Hindi"/>
              <w:kern w:val="2"/>
              <w:lang w:eastAsia="hi-IN"/>
            </w:rPr>
          </w:pPr>
        </w:p>
      </w:tc>
      <w:tc>
        <w:tcPr>
          <w:tcW w:w="6144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B6F3336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Liceo Artistico:            -Design  Moda  -Arti Figurative</w:t>
          </w:r>
        </w:p>
        <w:p w14:paraId="740CAB08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Istituto Tecnico:           -Costruzioni Ambiente Territorio (C.A.T.)</w:t>
          </w:r>
        </w:p>
        <w:p w14:paraId="250A3B08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DejaVu Sans" w:cs="Lohit Hindi"/>
              <w:sz w:val="18"/>
              <w:szCs w:val="18"/>
              <w:lang w:eastAsia="hi-IN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 xml:space="preserve">                                       -Nautico - Aeronautico</w:t>
          </w:r>
        </w:p>
        <w:p w14:paraId="148775C1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Istituto Professionale:  -Manutenzione Assist. Tecnica (M.A.T.)</w:t>
          </w:r>
        </w:p>
        <w:p w14:paraId="2BBD2A68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 xml:space="preserve">                                       -Industria e Artigianato per il Made in </w:t>
          </w:r>
          <w:proofErr w:type="spellStart"/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Italy</w:t>
          </w:r>
          <w:proofErr w:type="spellEnd"/>
        </w:p>
        <w:p w14:paraId="1310A197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 xml:space="preserve">                                       -Servizi per la Sanità e Assist. Sociale (S.S.A.S.)</w:t>
          </w:r>
        </w:p>
        <w:p w14:paraId="0013CE1D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 xml:space="preserve">                                       -Odontotecnico </w:t>
          </w:r>
        </w:p>
        <w:p w14:paraId="12D6E11D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Istruzione degli adulti: -C.A.T. -Sevizi Socio Sanitari-Nautico-</w:t>
          </w:r>
          <w:proofErr w:type="spellStart"/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Lic</w:t>
          </w:r>
          <w:proofErr w:type="spellEnd"/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. Artistico</w:t>
          </w:r>
        </w:p>
        <w:p w14:paraId="5886E050" w14:textId="77777777" w:rsidR="003A3FC0" w:rsidRDefault="003A3FC0" w:rsidP="003A3FC0">
          <w:pPr>
            <w:pStyle w:val="c1"/>
            <w:tabs>
              <w:tab w:val="left" w:pos="6620"/>
            </w:tabs>
            <w:spacing w:line="240" w:lineRule="auto"/>
            <w:jc w:val="left"/>
            <w:rPr>
              <w:rFonts w:eastAsia="DejaVu Sans" w:cs="Lohit Hindi"/>
              <w:lang w:eastAsia="hi-IN"/>
            </w:rPr>
          </w:pPr>
          <w:r>
            <w:rPr>
              <w:rFonts w:eastAsia="Times New Roman" w:cs="Times New Roman"/>
              <w:b/>
              <w:bCs/>
              <w:color w:val="000000"/>
              <w:sz w:val="18"/>
              <w:szCs w:val="18"/>
              <w:lang w:eastAsia="ar-SA" w:bidi="ar-SA"/>
            </w:rPr>
            <w:t>CLIS00600B</w:t>
          </w:r>
        </w:p>
      </w:tc>
      <w:bookmarkEnd w:id="0"/>
    </w:tr>
    <w:bookmarkEnd w:id="1"/>
  </w:tbl>
  <w:p w14:paraId="5BE31BA3" w14:textId="77777777" w:rsidR="00DD3297" w:rsidRDefault="00DD3297">
    <w:pPr>
      <w:pBdr>
        <w:bottom w:val="single" w:sz="12" w:space="1" w:color="1F4E79"/>
      </w:pBdr>
      <w:spacing w:before="60" w:after="0"/>
    </w:pPr>
  </w:p>
  <w:p w14:paraId="32A81A53" w14:textId="77777777" w:rsidR="003A3FC0" w:rsidRDefault="003A3FC0">
    <w:pPr>
      <w:pBdr>
        <w:bottom w:val="single" w:sz="12" w:space="1" w:color="1F4E79"/>
      </w:pBdr>
      <w:spacing w:before="60" w:after="0"/>
    </w:pPr>
  </w:p>
  <w:p w14:paraId="7606C162" w14:textId="77777777" w:rsidR="003A3FC0" w:rsidRDefault="003A3FC0">
    <w:pPr>
      <w:pBdr>
        <w:bottom w:val="single" w:sz="12" w:space="1" w:color="1F4E79"/>
      </w:pBdr>
      <w:spacing w:before="6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0E76D6"/>
    <w:multiLevelType w:val="hybridMultilevel"/>
    <w:tmpl w:val="6EFE66C0"/>
    <w:lvl w:ilvl="0" w:tplc="562AED32">
      <w:numFmt w:val="bullet"/>
      <w:lvlText w:val=""/>
      <w:lvlJc w:val="left"/>
      <w:pPr>
        <w:ind w:left="635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822F574">
      <w:numFmt w:val="bullet"/>
      <w:lvlText w:val="•"/>
      <w:lvlJc w:val="left"/>
      <w:pPr>
        <w:ind w:left="6746" w:hanging="360"/>
      </w:pPr>
      <w:rPr>
        <w:lang w:val="it-IT" w:eastAsia="en-US" w:bidi="ar-SA"/>
      </w:rPr>
    </w:lvl>
    <w:lvl w:ilvl="2" w:tplc="1EA4F1D8">
      <w:numFmt w:val="bullet"/>
      <w:lvlText w:val="•"/>
      <w:lvlJc w:val="left"/>
      <w:pPr>
        <w:ind w:left="7133" w:hanging="360"/>
      </w:pPr>
      <w:rPr>
        <w:lang w:val="it-IT" w:eastAsia="en-US" w:bidi="ar-SA"/>
      </w:rPr>
    </w:lvl>
    <w:lvl w:ilvl="3" w:tplc="8B6E9308">
      <w:numFmt w:val="bullet"/>
      <w:lvlText w:val="•"/>
      <w:lvlJc w:val="left"/>
      <w:pPr>
        <w:ind w:left="7519" w:hanging="360"/>
      </w:pPr>
      <w:rPr>
        <w:lang w:val="it-IT" w:eastAsia="en-US" w:bidi="ar-SA"/>
      </w:rPr>
    </w:lvl>
    <w:lvl w:ilvl="4" w:tplc="339655A0">
      <w:numFmt w:val="bullet"/>
      <w:lvlText w:val="•"/>
      <w:lvlJc w:val="left"/>
      <w:pPr>
        <w:ind w:left="7906" w:hanging="360"/>
      </w:pPr>
      <w:rPr>
        <w:lang w:val="it-IT" w:eastAsia="en-US" w:bidi="ar-SA"/>
      </w:rPr>
    </w:lvl>
    <w:lvl w:ilvl="5" w:tplc="5FEEA606">
      <w:numFmt w:val="bullet"/>
      <w:lvlText w:val="•"/>
      <w:lvlJc w:val="left"/>
      <w:pPr>
        <w:ind w:left="8293" w:hanging="360"/>
      </w:pPr>
      <w:rPr>
        <w:lang w:val="it-IT" w:eastAsia="en-US" w:bidi="ar-SA"/>
      </w:rPr>
    </w:lvl>
    <w:lvl w:ilvl="6" w:tplc="A8E0024E">
      <w:numFmt w:val="bullet"/>
      <w:lvlText w:val="•"/>
      <w:lvlJc w:val="left"/>
      <w:pPr>
        <w:ind w:left="8679" w:hanging="360"/>
      </w:pPr>
      <w:rPr>
        <w:lang w:val="it-IT" w:eastAsia="en-US" w:bidi="ar-SA"/>
      </w:rPr>
    </w:lvl>
    <w:lvl w:ilvl="7" w:tplc="E702B6B0">
      <w:numFmt w:val="bullet"/>
      <w:lvlText w:val="•"/>
      <w:lvlJc w:val="left"/>
      <w:pPr>
        <w:ind w:left="9066" w:hanging="360"/>
      </w:pPr>
      <w:rPr>
        <w:lang w:val="it-IT" w:eastAsia="en-US" w:bidi="ar-SA"/>
      </w:rPr>
    </w:lvl>
    <w:lvl w:ilvl="8" w:tplc="FB9E7F1A">
      <w:numFmt w:val="bullet"/>
      <w:lvlText w:val="•"/>
      <w:lvlJc w:val="left"/>
      <w:pPr>
        <w:ind w:left="9453" w:hanging="360"/>
      </w:pPr>
      <w:rPr>
        <w:lang w:val="it-IT" w:eastAsia="en-US" w:bidi="ar-SA"/>
      </w:rPr>
    </w:lvl>
  </w:abstractNum>
  <w:abstractNum w:abstractNumId="10" w15:restartNumberingAfterBreak="0">
    <w:nsid w:val="13FC6716"/>
    <w:multiLevelType w:val="hybridMultilevel"/>
    <w:tmpl w:val="071E4D98"/>
    <w:lvl w:ilvl="0" w:tplc="40603630">
      <w:numFmt w:val="bullet"/>
      <w:lvlText w:val=""/>
      <w:lvlJc w:val="left"/>
      <w:pPr>
        <w:ind w:left="491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FE0178">
      <w:numFmt w:val="bullet"/>
      <w:lvlText w:val=""/>
      <w:lvlJc w:val="left"/>
      <w:pPr>
        <w:ind w:left="897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EC2A1C8">
      <w:numFmt w:val="bullet"/>
      <w:lvlText w:val="•"/>
      <w:lvlJc w:val="left"/>
      <w:pPr>
        <w:ind w:left="9118" w:hanging="360"/>
      </w:pPr>
      <w:rPr>
        <w:lang w:val="it-IT" w:eastAsia="en-US" w:bidi="ar-SA"/>
      </w:rPr>
    </w:lvl>
    <w:lvl w:ilvl="3" w:tplc="020CC438">
      <w:numFmt w:val="bullet"/>
      <w:lvlText w:val="•"/>
      <w:lvlJc w:val="left"/>
      <w:pPr>
        <w:ind w:left="9256" w:hanging="360"/>
      </w:pPr>
      <w:rPr>
        <w:lang w:val="it-IT" w:eastAsia="en-US" w:bidi="ar-SA"/>
      </w:rPr>
    </w:lvl>
    <w:lvl w:ilvl="4" w:tplc="20886F58">
      <w:numFmt w:val="bullet"/>
      <w:lvlText w:val="•"/>
      <w:lvlJc w:val="left"/>
      <w:pPr>
        <w:ind w:left="9395" w:hanging="360"/>
      </w:pPr>
      <w:rPr>
        <w:lang w:val="it-IT" w:eastAsia="en-US" w:bidi="ar-SA"/>
      </w:rPr>
    </w:lvl>
    <w:lvl w:ilvl="5" w:tplc="22129420">
      <w:numFmt w:val="bullet"/>
      <w:lvlText w:val="•"/>
      <w:lvlJc w:val="left"/>
      <w:pPr>
        <w:ind w:left="9533" w:hanging="360"/>
      </w:pPr>
      <w:rPr>
        <w:lang w:val="it-IT" w:eastAsia="en-US" w:bidi="ar-SA"/>
      </w:rPr>
    </w:lvl>
    <w:lvl w:ilvl="6" w:tplc="3AECF9DA">
      <w:numFmt w:val="bullet"/>
      <w:lvlText w:val="•"/>
      <w:lvlJc w:val="left"/>
      <w:pPr>
        <w:ind w:left="9672" w:hanging="360"/>
      </w:pPr>
      <w:rPr>
        <w:lang w:val="it-IT" w:eastAsia="en-US" w:bidi="ar-SA"/>
      </w:rPr>
    </w:lvl>
    <w:lvl w:ilvl="7" w:tplc="EB46A4E4">
      <w:numFmt w:val="bullet"/>
      <w:lvlText w:val="•"/>
      <w:lvlJc w:val="left"/>
      <w:pPr>
        <w:ind w:left="9810" w:hanging="360"/>
      </w:pPr>
      <w:rPr>
        <w:lang w:val="it-IT" w:eastAsia="en-US" w:bidi="ar-SA"/>
      </w:rPr>
    </w:lvl>
    <w:lvl w:ilvl="8" w:tplc="3D24F94C">
      <w:numFmt w:val="bullet"/>
      <w:lvlText w:val="•"/>
      <w:lvlJc w:val="left"/>
      <w:pPr>
        <w:ind w:left="9949" w:hanging="360"/>
      </w:pPr>
      <w:rPr>
        <w:lang w:val="it-IT" w:eastAsia="en-US" w:bidi="ar-SA"/>
      </w:rPr>
    </w:lvl>
  </w:abstractNum>
  <w:abstractNum w:abstractNumId="11" w15:restartNumberingAfterBreak="0">
    <w:nsid w:val="1EF55645"/>
    <w:multiLevelType w:val="hybridMultilevel"/>
    <w:tmpl w:val="9B905230"/>
    <w:lvl w:ilvl="0" w:tplc="0410000B">
      <w:start w:val="1"/>
      <w:numFmt w:val="bullet"/>
      <w:lvlText w:val=""/>
      <w:lvlJc w:val="left"/>
      <w:pPr>
        <w:ind w:left="1532" w:hanging="711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408" w:hanging="711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3277" w:hanging="711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4145" w:hanging="711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5014" w:hanging="711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883" w:hanging="711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751" w:hanging="711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620" w:hanging="711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489" w:hanging="711"/>
      </w:pPr>
      <w:rPr>
        <w:lang w:val="it-IT" w:eastAsia="en-US" w:bidi="ar-SA"/>
      </w:rPr>
    </w:lvl>
  </w:abstractNum>
  <w:abstractNum w:abstractNumId="12" w15:restartNumberingAfterBreak="0">
    <w:nsid w:val="44233DEB"/>
    <w:multiLevelType w:val="hybridMultilevel"/>
    <w:tmpl w:val="66ECF7EE"/>
    <w:lvl w:ilvl="0" w:tplc="0410000B">
      <w:start w:val="1"/>
      <w:numFmt w:val="bullet"/>
      <w:lvlText w:val=""/>
      <w:lvlJc w:val="left"/>
      <w:pPr>
        <w:ind w:left="82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3" w15:restartNumberingAfterBreak="0">
    <w:nsid w:val="5A3C9E21"/>
    <w:multiLevelType w:val="singleLevel"/>
    <w:tmpl w:val="6D6666FA"/>
    <w:lvl w:ilvl="0">
      <w:start w:val="1"/>
      <w:numFmt w:val="decimal"/>
      <w:lvlText w:val="%1."/>
      <w:lvlJc w:val="left"/>
      <w:pPr>
        <w:ind w:left="1134" w:hanging="425"/>
      </w:pPr>
      <w:rPr>
        <w:rFonts w:ascii="Times New Roman" w:hAnsi="Times New Roman" w:cs="Times New Roman"/>
        <w:sz w:val="24"/>
        <w:szCs w:val="24"/>
      </w:rPr>
    </w:lvl>
  </w:abstractNum>
  <w:num w:numId="1" w16cid:durableId="973557573">
    <w:abstractNumId w:val="8"/>
  </w:num>
  <w:num w:numId="2" w16cid:durableId="993222692">
    <w:abstractNumId w:val="6"/>
  </w:num>
  <w:num w:numId="3" w16cid:durableId="2021422532">
    <w:abstractNumId w:val="5"/>
  </w:num>
  <w:num w:numId="4" w16cid:durableId="957561715">
    <w:abstractNumId w:val="4"/>
  </w:num>
  <w:num w:numId="5" w16cid:durableId="373428837">
    <w:abstractNumId w:val="7"/>
  </w:num>
  <w:num w:numId="6" w16cid:durableId="1122964160">
    <w:abstractNumId w:val="3"/>
  </w:num>
  <w:num w:numId="7" w16cid:durableId="519050246">
    <w:abstractNumId w:val="2"/>
  </w:num>
  <w:num w:numId="8" w16cid:durableId="802626085">
    <w:abstractNumId w:val="1"/>
  </w:num>
  <w:num w:numId="9" w16cid:durableId="654844686">
    <w:abstractNumId w:val="0"/>
  </w:num>
  <w:num w:numId="10" w16cid:durableId="113181384">
    <w:abstractNumId w:val="13"/>
  </w:num>
  <w:num w:numId="11" w16cid:durableId="2089377210">
    <w:abstractNumId w:val="9"/>
  </w:num>
  <w:num w:numId="12" w16cid:durableId="306058474">
    <w:abstractNumId w:val="10"/>
  </w:num>
  <w:num w:numId="13" w16cid:durableId="1571767598">
    <w:abstractNumId w:val="12"/>
  </w:num>
  <w:num w:numId="14" w16cid:durableId="1848248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FF6"/>
    <w:rsid w:val="0015074B"/>
    <w:rsid w:val="0029639D"/>
    <w:rsid w:val="002A5B03"/>
    <w:rsid w:val="00302655"/>
    <w:rsid w:val="00326F90"/>
    <w:rsid w:val="00394987"/>
    <w:rsid w:val="003A3FC0"/>
    <w:rsid w:val="0041531F"/>
    <w:rsid w:val="00563005"/>
    <w:rsid w:val="0067091C"/>
    <w:rsid w:val="00670DAD"/>
    <w:rsid w:val="00715DBB"/>
    <w:rsid w:val="0078359E"/>
    <w:rsid w:val="00792791"/>
    <w:rsid w:val="007E284D"/>
    <w:rsid w:val="00815DD3"/>
    <w:rsid w:val="0082544B"/>
    <w:rsid w:val="0084397D"/>
    <w:rsid w:val="00854165"/>
    <w:rsid w:val="00891C04"/>
    <w:rsid w:val="008A5C88"/>
    <w:rsid w:val="009527F0"/>
    <w:rsid w:val="009A09B8"/>
    <w:rsid w:val="00A21AE7"/>
    <w:rsid w:val="00A9494B"/>
    <w:rsid w:val="00AA1D8D"/>
    <w:rsid w:val="00B04ECD"/>
    <w:rsid w:val="00B47730"/>
    <w:rsid w:val="00BA48DB"/>
    <w:rsid w:val="00BD1FD3"/>
    <w:rsid w:val="00C408BC"/>
    <w:rsid w:val="00CB0664"/>
    <w:rsid w:val="00DB1A2C"/>
    <w:rsid w:val="00DD3297"/>
    <w:rsid w:val="00DF0CFD"/>
    <w:rsid w:val="00E718E8"/>
    <w:rsid w:val="00F71236"/>
    <w:rsid w:val="00FC0EE4"/>
    <w:rsid w:val="00FC693F"/>
    <w:rsid w:val="00FE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96BE1"/>
  <w14:defaultImageDpi w14:val="300"/>
  <w15:docId w15:val="{99FFFDC1-8C95-4F25-91F8-BE5A7719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1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BD1FD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1FD3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qFormat/>
    <w:rsid w:val="003A3FC0"/>
    <w:pPr>
      <w:suppressLineNumbers/>
      <w:spacing w:after="0" w:line="240" w:lineRule="auto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3A3FC0"/>
    <w:pPr>
      <w:spacing w:after="0"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Gabriele Trainiti</cp:lastModifiedBy>
  <cp:revision>3</cp:revision>
  <cp:lastPrinted>2026-09-14T14:51:00Z</cp:lastPrinted>
  <dcterms:created xsi:type="dcterms:W3CDTF">2026-09-14T18:33:00Z</dcterms:created>
  <dcterms:modified xsi:type="dcterms:W3CDTF">2026-09-14T18:35:00Z</dcterms:modified>
  <cp:category/>
</cp:coreProperties>
</file>